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📚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📚 לשון · יסודי – רגיל · חוברת תלמיד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תַּעֲלוּמַת הַפֶּתֶק הַשֵּׁנִי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התיק: אֵיזֶה כְּלָל לְשׁוֹנִי עוֹשֶׂה אֶת הַהֶבְדֵּל בֵּין שְׁנֵי הַפְּתָקִים?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בְּיוֹם רִאשׁוֹן נִפְתְּחָה בַּכִּתָּה סִפְרִיָּה קְטַנָּה. עַל הַמַּדָּף הָיוּ סְפָרִים רַבִּים, וְאֶחָד מֵהֶם הָיָה מְיֻחָד: סֵפֶר כָּחֹל עִם צִיּוּר שֶׁל לִוְיָתָן. כָּל הַכִּתָּה אָהֲבָה אוֹתוֹ.</w:t>
        <w:br/>
        <w:t>בַּבֹּקֶר מָצְאוּ הַיְּלָדִים שְׁנֵי פְּתָקִים. בַּפֶּתֶק הָרִאשׁוֹן הָיָה כָּתוּב: "קְחוּ סֵפֶר יָפֶה." בַּפֶּתֶק הַשֵּׁנִי הָיָה כָּתוּב: "קְחוּ אֶת הַסֵּפֶר הַיָּפֶה."</w:t>
        <w:br/>
        <w:t>אוֹרִי לָקַח סֵפֶר צָהֹב, שֶׁאַף אֶחָד עוֹד לֹא קָרָא. "זֶה מַתְאִים לַפֶּתֶק הָרִאשׁוֹן," אָמַר. "כָּל סֵפֶר יָפֶה מַתְאִים!"</w:t>
        <w:br/>
        <w:t>מִיכַל חִיְּכָה: "אֲבָל הַפֶּתֶק הַשֵּׁנִי מְדַבֵּר עַל סֵפֶר אֶחָד, שֶׁכֻּלָּנוּ מַכִּירִים." הִיא הוֹשִׁיטָה יָד אֶל הַסֵּפֶר הַכָּחֹל.</w:t>
        <w:br/>
        <w:t>"אֵיךְ אוֹת אַחַת קְטַנָּה עוֹשָׂה הֶבְדֵּל כָּל כָּךְ גָּדוֹל?" שָׁאַל אוֹרִי.</w:t>
        <w:br/>
        <w:t>הַמּוֹרָה צָחֲקָה: "זוֹ בְּדִיּוּק הַתַּעֲלוּמָה שֶׁלָּכֶם. גַּלּוּ אֶת הַכְּלָל!"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🔦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ה״א הַיְּדִיעָה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אוֹת שֶׁמְּסַמֶּנֶת דָּבָר מֻכָּר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👦👧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זָכָר וּנְקֵבָה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מִלָּה שֶׁמְּשַׁנָּה אֶת הַמִּין שֶׁלָּהּ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יָחִיד וְרַבִּים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מִלָּה שֶׁהוֹפֶכֶת לְהַרְבֵּה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מִשְׁפַּחַת מִלִּים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מִלִּים חֲדָשׁוֹת מֵאוֹתוֹ שֹׁרֶשׁ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הַאִם הַפֶּתֶק הַשֵּׁנִי מְדַבֵּר עַל הַרְבֵּה סְפָרִים?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כֵּן, עַל כָּל הַסְּפָרִים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לֹא, עַל סֵפֶר אֶחָד בִּלְבַד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עַל שְׁנֵי סְפָרִים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עַל אַף סֵפֶר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בִּשְׁנֵי הַפְּתָקִים כָּתוּב "יָפֶה" וְלֹא "יָפָה". מָה זֶה מְלַמֵּד?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שֶׁהַסֵּפֶר הָפַךְ לִנְקֵבָה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שֶׁיֵּשׁ טָעוּת בַּפֶּתֶק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שֶׁהַמִּין לֹא הִשְׁתַּנָּה – שְׁנֵי הַפְּתָקִים בְּזָכָר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שֶׁאֵין לְזֶה שׁוּם מַשְׁמָעוּת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מָה בְּדִיּוּק נוֹסַף בַּפֶּתֶק הַשֵּׁנִי?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הָאוֹת ה׳ לִפְנֵי "סֵפֶר" וְלִפְנֵי "יָפֶה"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מִלָּה חֲדָשָׁה מֵהַשֹּׁרֶשׁ ס־פ־ר, כְּמוֹ "סִפְרִיָּה"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צִיּוּר שֶׁל לִוְיָתָן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סִימַן שְׁאֵלָה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צֹפֶן הַגִּנָּה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בְּיוֹם שְׁלִישִׁי יָצְאָה הַכִּתָּה אֶל הַגִּנָּה שֶׁל בֵּית הַסֵּפֶר. הַגַּנָּן פָּתַח לָנוּ דֶּלֶת יְרֻקָּה וְאָמַר: "בְּרוּכִים הַבָּאִים לַגַּן!" שָׁתַלְנוּ פְּרָחִים בָּעֲרוּגָה, וְכָל תַּלְמִיד וְתַלְמִידָה קִבְּלוּ פֶּרַח אֶחָד לִשְׁמֹר עָלָיו. בַּסּוֹף כָּתַבְנוּ שֶׁלֶט: "פִּנַּת הַפְּרָחִים שֶׁל כִּתָּה ד׳". דָּנָה צִיְּרָה פַּרְפַּר כָּתֹם, וְהַגַּנָּן צָחַק: "עַכְשָׁו גַּם הַפַּרְפָּרִים יָבוֹאוּ לְבַקֵּר!" לִפְנֵי שֶׁיָּצָאנוּ, הִשְׁקֵינוּ אֶת כָּל הָעֲרוּגוֹת בְּמַיִם קָרִים. הַגַּנָּן הִבְטִיחַ שֶׁבַּשָּׁבוּעַ הַבָּא נִרְאֶה נִצָּנִים רִאשׁוֹנִים, וְכֻלָּנוּ כְּבָר מְחַכִּים.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🔢 ‏3‏ ‏- 14‏ ‏- 14‏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מִי שֶׁעוֹבֵד בַּגִּנָּה וְדוֹאֵג לַצְּמָחִים?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ת ל 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פּוֹתְחִים אוֹתָהּ כְּדֵי לְהִכָּנֵס.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פ ח 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צֶמַח צִבְעוֹנִי שֶׁשָּׁתַלְנוּ בָּעֲרוּגָה.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🔢 ‏11‏ ‏- 22‏ ‏- 2‏ ‏- 14‏ ‏- 6‏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מָה עָשִׂינוּ עַל הַשֶּׁלֶט בַּסּוֹף?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🔀 מ ת ל ה ד 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יַלְדָּה שֶׁלּוֹמֶדֶת בְּבֵית הַסֵּפֶר.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מַסַּע בְּאֶרֶץ הַמִּלִּים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יוֹצְאִים לְמַסָּע בְּאֶרֶץ הַמִּלִּים: מֵעֵץ הַמִּשְׁפָּחוֹת וְעַד גִּבְעַת הַפַּרְפָּרִים. כָּל תַּחֲנָה שֶׁתִּפְתְּרוּ תִּתֵּן לָכֶם אוֹת קֶסֶם!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🌳 עֵץ הַמִּשְׁפָּחוֹת – הַתְאִימוּ כָּל מִלָּה לַשֹּׁרֶשׁ שֶׁלָּהּ. (כתבו את האות המתאימה)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היגד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הקשר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גַּנָּן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ס־פ־ר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כָּתַבְנוּ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ג־נ־ן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סִפְרִיָּה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כ־ת־ב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שָׁתַלְנוּ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ש־ת־ל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🔦 מִגְדַּל הַה״א – מָה הַהֶבְדֵּל בֵּין "סֵפֶר יָפֶה" לְבֵין "הַסֵּפֶר הַיָּפֶה"?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אֵין שׁוּם הֶבְדֵּל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הָרִאשׁוֹן בְּזָכָר וְהַשֵּׁנִי בִּנְקֵבָה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הָרִאשׁוֹן בְּרַבִּים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הַשֵּׁנִי מְדַבֵּר עַל סֵפֶר מְסֻיָּם וּמֻכָּר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🚪 שַׁעַר הַכְּלָלִים – הַתְאִימוּ כָּל מִלָּה לַכְּלָל שֶׁהִיא מַדְגִּימָה. (כתבו את האות המתאימה)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היגד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הקשר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דֶּלֶת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לְשׁוֹן נְקֵבָה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תַּלְמִידָה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לְשׁוֹן רַבִּים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פְּרָחִים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ה״א הַיְּדִיעָה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הַגַּנָּן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דָּגֵשׁ בְּאוֹת ד׳ בִּתְחִלַּת מִלָּה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🦋 גִּבְעַת הַפַּרְפָּרִים – בְּאֵיזוֹ מִלָּה הָאוֹת הָרִאשׁוֹנָה הִיא מֵאוֹתִיּוֹת בגד״כפ״ת?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לֶחֶם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מַיִם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כִּסֵּא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שֻׁלְחָן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תחנה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1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2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3</w:t>
            </w:r>
          </w:p>
        </w:tc>
        <w:tc>
          <w:tcPr>
            <w:tcW w:type="dxa" w:w="208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אות קסם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מְמַיְּנִים מִלִּים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בַּלָּשִׁים שֶׁל לָשׁוֹן יוֹדְעִים לְסַדֵּר וּלְמַיֵּן. סַדְּרוּ אֶת הַסִּפּוּר, וּמַיְּנוּ לְפִי שֹׁרֶשׁ וּלְפִי דָּגֵשׁ.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סַדְּרוּ אֶת הַיּוֹם בַּגִּנָּה לְפִי הַסֵּדֶר.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הַכִּתָּה יוֹצֵאת אֶל הַגִּנָּה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שׁוֹתְלִים פְּרָחִים בָּעֲרוּגָה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כּוֹתְבִים שֶׁלֶט לַפִּנָּה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דָּנָה מְצַיֶּרֶת פַּרְפַּר כָּתֹם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הַגַּנָּן פּוֹתֵחַ דֶּלֶת יְרֻקָּה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לְאֵיזוֹ מִשְׁפָּחָה שַׁיֶּכֶת כָּל מִלָּה?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כרטיס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ג־נ־ן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כ־ת־ב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ס־פ־ר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סַפְרָן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כָּתַבְנוּ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סִפּוּר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סִפְרִיָּה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גִּנָּה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מִכְתָּב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כְּתִיבָה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גַּנֶּנֶת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הַאִם הַמִּלָּה מַתְחִילָה בְּאוֹת מִבגד״כפ״ת?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כֵּן – יֵשׁ דָּגֵשׁ בַּהַתְחָלָה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לֹא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שֶׁמֶשׁ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רֶגֶל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לֶחֶם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מַיִם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בַּיִת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תַּפּוּחַ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גֶּשֶׁם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הַכִּתָּה יוֹצֵאת אֶל הַגִּנָּה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הַגַּנָּן פּוֹתֵחַ דֶּלֶת יְרֻקָּה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שׁוֹתְלִים פְּרָחִים בָּעֲרוּגָה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כּוֹתְבִים שֶׁלֶט לַפִּנָּה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דָּנָה מְצַיֶּרֶת פַּרְפַּר כָּתֹם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גִּנָּה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גַּנֶּנֶת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מִכְתָּב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כְּתִיבָה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סִפְרִיָּה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סַפְרָן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סִפּוּר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כָּתַבְנוּ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בַּיִת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גֶּשֶׁם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לֶחֶם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תַּפּוּחַ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מַיִם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פִּיל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שֶׁמֶשׁ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רֶגֶל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נַחֲשׁוּ וּבִדְקוּ: הַהַרְפַּתְקָה שֶׁל ה׳ הַקְּטַנָּה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בִּמְדִינַת הָאוֹתִיּוֹת גָּרָה אוֹת קְטַנָּה בְּשֵׁם ה׳. יוֹם אֶחָד רָאֲתָה אֶת הַמִּלָּה "כֶּלֶב" מְשׁוֹטֶטֶת לְבַד בָּרְחוֹב.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מָה תִּהְיֶה הַמִּלָּה כְּשֶׁה׳ תִּקְפֹּץ לְפָנֶיהָ?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כְּלָבִים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הַכֶּלֶב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כַּלְבָּה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הַכֶּלֶב שָׂמַח. אָז הוּא רָאָה כֶּלֶב אַחֵר – נְקֵבָה חֲמוּדָה. "גַּם אֲנִי רוֹצָה חֲבֵרִים," אָמְרָה.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אֵיךְ אוֹמְרִים "כֶּלֶב" בִּלְשׁוֹן נְקֵבָה?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כֶּלֶב־כֶּלֶב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הַכֶּלֶב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כַּלְבָּה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אַחֲרֵי חֹדֶשׁ נוֹלְדוּ לָהֶם גּוּרִים. הַרְבֵּה גּוּרִים! הָרְחוֹב הִתְמַלֵּא נְבִיחוֹת.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אֵיךְ אוֹמְרִים הַרְבֵּה "כֶּלֶב"?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כְּלָבִים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כֶּלֶבוֹת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כֶּלֶבִים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4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כָּל הַמִּשְׁפָּחָה יָצְאָה לְטַיֵּל. בַּדֶּרֶךְ פָּגְשׁוּ עוֹד מִלִּים: "כַּלְבָּן" וּ"כְלַבְלַב".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מָה מְשֻׁתָּף לְכָל הַמִּלִּים הָאֵלֶּה?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כֻּלָּן מַתְחִילוֹת בְּה׳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כֻּלָּן מֵהַשֹּׁרֶשׁ כ־ל־ב – מִשְׁפָּחָה אַחַת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כֻּלָּן בִּלְשׁוֹן נְקֵבָה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יוֹצֵא דֹּפֶן – בַּלָּשֵׁי לָשׁוֹן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גָּמָל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גַּנָּן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גִּנָּה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גַּן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גָּמָל הוּא בַּעַל חַיִּים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גָּמָל אֵינוֹ מֵהַשֹּׁרֶשׁ ג־נ־ן, אַף שֶׁהוּא מַתְחִיל בְּג׳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גָּמָל הִיא מִלָּה אֲרֻכָּה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הַכְּלָבִים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הַבָּתִּים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הָרִים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הַיְּלָדִים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בְּ"הָרִים" הַה׳ הִיא חֵלֶק מֵהַמִּלָּה "הַר", וְלֹא ה״א הַיְּדִיעָה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הָרִים הִיא מִלָּה קְצָרָה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הָרִים אֵינָהּ בִּלְשׁוֹן רַבִּים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כַּלְבָּה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תַּלְמִידָה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גַּנֶּנֶת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לַיְלָה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לַיְלָה הוּא זְמַן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לַיְלָה מִסְתַּיֵּם בְּה׳ – אֲבָל הוּא בִּלְשׁוֹן זָכָר ("לַיְלָה טוֹב")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לַיְלָה חָשׁוּךְ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בַּיִת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מִטָּה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דֹּב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כּוֹס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מִטָּה – הָאוֹת מ׳ אֵינָהּ מִבגד״כפ״ת, וְלָכֵן אֵין דָּגֵשׁ בָּאוֹת הָרִאשׁוֹנָה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מִטָּה הִיא רָהִיט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מִטָּה בִּלְשׁוֹן נְקֵבָה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מי יוצא הדופן?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כָּתַבְנוּ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מִכְתָּב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כִּתָּה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כְּתִיבָה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כִּתָּה הִיא מִלָּה קְצָרָה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כִּתָּה הִיא מָקוֹם וְלֹא פְּעֻלָּה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בְּ"כִתָּה" אֵין ב׳ – הִיא לֹא מִמִּשְׁפַּחַת כ־ת־ב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״הִשְׁקֵינוּ אֶת הָאֲדָמָה״. מָה שֹׁרֶשׁ הַמִּלָּה הִשְׁקֵינוּ?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ש־ק־ה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ה־ש־ק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ש־ק־ט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ק־נ־ה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לָמָּה כָּתוּב ״הַגִּנָּה״ וְלֹא ״גִּנָּה״ בַּמִּשְׁפָּט ״הַגִּנָּה הִתְמַלְּאָה״?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כִּי זוֹ גִּנָּה חֲדָשָׁה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כִּי כְּבָר הִכַּרְנוּ אֶת הַגִּנָּה הַזֹּאת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כִּי זֶה רַבִּים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כִּי זֶה פֹּעַל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אֵיזוֹ מִלָּה אֵינָהּ מֵהַמִּשְׁפָּחָה שֶׁל ״זְרָעִים״?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זָרַע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זְרִיעָה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זָרַח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מִזְרָע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״דְּבוֹרִים וּפַרְפָּרִים בָּאוּ״. לָמָּה הַפֹּעַל בָּאוּ בִּלְשׁוֹן רַבִּים?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כִּי זֶה קָרָה בֶּעָבָר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כִּי זֶה פֹּעַל קָצָר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כִּי יֵשׁ דָּגֵשׁ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כִּי בָּאוּ כַּמָּה בַּעֲלֵי חַיִּים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בְּאֵיזוֹ מִלָּה יֵשׁ דָּגֵשׁ בָּאוֹת הָרִאשׁוֹנָה?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סַבְלָנוּת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רוּחַ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פְּרָחִים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שֶׁקֶט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מָה מְלַמֵּד הַמִּשְׁפָּט ״חִכִּינוּ בְּסַבְלָנוּת״ עַל הַיְּלָדִים?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שֶׁהֵם יָדְעוּ שֶׁצְּמִיחָה לוֹקַחַת זְמַן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שֶׁהֵם כָּעֲסוּ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שֶׁהֵם שָׁכְחוּ אֶת הַגִּנָּה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ד. שֶׁהֵם מִהֲרוּ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לַמִּלִּים גַּן וְגַנָּן יֵשׁ אוֹתוֹ שֹׁרֶשׁ.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הַמִּלָּה פְּרָחִים הִיא בִּלְשׁוֹן יָחִיד.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בַּמִּלָּה ״לַגִּנָּה״ מִסְתַּתֶּרֶת ה״א הַיְּדִיעָה.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הָאוֹת ס׳ הִיא אַחַת מֵאוֹתִיּוֹת בגדכפ״ת.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בַּמִּלָּה ״כֶּלֶב״ יֵשׁ דָּגֵשׁ בָּאוֹת הָרִאשׁוֹנָה.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הַמִּלָּה ״גִּנָּה״ הִיא בִּלְשׁוֹן זָכָר.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לַמִּלִּים כָּתַב וּמִכְתָּב יֵשׁ אוֹתוֹ שֹׁרֶשׁ.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כְּשֶׁמְּדַבְּרִים עַל דָּבָר חָדָשׁ, תָּמִיד מוֹסִיפִים ה״א הַיְּדִיעָה.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הַמִּלָּה ״שֻׁלְחָנוֹת״ הִיא בִּלְשׁוֹן זָכָר, אַף שֶׁהִיא נִגְמֶרֶת בְּ־וֹת.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לַמִּלִּים שָׁתַל וְשֻׁלְחָן יֵשׁ אוֹתוֹ שֹׁרֶשׁ.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מחסן: כְּמוֹ · כִּי · אֲבָל · אַחֲרֵי · וְגַם · לָכֵן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בַּסְּתָו שָׁתַלְנוּ זְרָעִים, (1)________ רָצִינוּ גִּנָּה פּוֹרַחַת. הִשְׁקֵינוּ כָּל יוֹם, (2)________ בַּהַתְחָלָה לֹא רָאִינוּ כְּלוּם. (3)________ כַּמָּה שָׁבוּעוֹת יָצְאוּ נִצָּנִים. הַגִּנָּה גָּדְלָה, (4)________ הָיְתָה לָנוּ סַבְלָנוּת. (5)________ כֻּלָּנוּ הִרְגַּשְׁנוּ גַּאֲוָה.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בטקסט 5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בַּבֹּקֶר יָצְאָה כָּל הַכִּתָּה לְהַגִּנָּה. הַפְּרָחִים הָיָה יָפִים מְאוֹד. נוֹגָה מָצְאָה תּוֹלַעַת קָטָן מִתַּחַת לָעָלֶה. כֻּלָּנוּ שָׂמַחְנוּ, אֲבָל בַּסּוֹף הָלַחְנוּ חֲזָרָה לַכִּתָּה. הַגַּנָּנִית אָמַר שֶׁנַּחְזֹר מָחָר.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שֹׁרֶשׁ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👨‍👩‍👧‍👦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מִשְׁפַּחַת מִלִּים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👆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ה״א הַיְּדִיעָה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דָּגֵשׁ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🔤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בגדכפ״ת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♂️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זָכָר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הָאוֹתִיּוֹת שֶׁחוֹזְרוֹת בְּכָל מִשְׁפַּחַת מִלִּים.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מִלִּים שֶׁיֵּשׁ לָהֶן אוֹתוֹ שֹׁרֶשׁ.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הָאוֹת ה׳ בְּרֹאשׁ מִלָּה, כְּשֶׁמְּדַבְּרִים עַל דָּבָר מֻכָּר.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נְקֻדָּה בְּתוֹךְ אוֹת, שֶׁמְּשַׁנָּה לִפְעָמִים אֶת הַצְּלִיל.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שֵׁשׁ אוֹתִיּוֹת שֶׁמְּקַבְּלוֹת דָּגֵשׁ בִּתְחִלַּת מִלָּה.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מִין דִּקְדּוּקִי שֶׁל מִלִּים כְּמוֹ ״הוּא״.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📚 לשון · יסודי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