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📚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יסודי – חנ״מ · חוברת תלמיד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מִי אִבֵּד אֶת הַה׳? 🔦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התיק: אֵיזוֹ מִלָּה אִבְּדָה אֶת הַה׳?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📚 בַּכִּתָּה יֵשׁ שֶׁלֶט. כָּתוּב בּוֹ: "הַסְּפָרִים עַל הַמַּדָּף. הַמַּחְבָּרוֹת בַּתִּיק. ___ עַל הַשֻּׁלְחָן." מִלָּה אַחַת אִבְּדָה אֶת הַה׳ שֶׁלָּהּ. מָה הִיא? הִיא דָּבָר שֶׁכּוֹתְבִים בּוֹ ✏️. הִיא לֹא מַחְבֶּרֶת.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מַחְבֶּרֶת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כּוֹתְבִים עָלֶיהָ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תִּיק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שָׂמִים בּוֹ דְּבָרִים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✏️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עִפָּרוֹן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כּוֹתְבִים בּוֹ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אֵיפֹה הַמַּחְבָּרוֹת? 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עַל הַשֻּׁלְחָן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בַּתִּיק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עַל הַמַּדָּף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הַאִם כּוֹתְבִים בְּתִיק? 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כֵּן, תָּמִיד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רַק בַּבַּיִת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לֹא, בְּתִיק לֹא כּוֹתְבִים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צֹפֶן הַגַּן 🔐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🌳 בַּגַּן יֵשׁ גַּנָּן. הוּא שׁוֹתֵל פֶּרַח 🌷. הַפֶּרַח גָּדֵל. הַגַּנָּן שָׂמֵחַ 😊. הַיְּלָדִים בָּאִים לַגִּנָּה. הֵם אוֹהֲבִים אֶת הַגַּן. הֵם מַשְׁקִים אֶת הַפְּרָחִים 💧. הֵם עוֹזְרִים לַגַּנָּן.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🔢 ‏3‏ ‏- 14‏ ‏- 14‏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מִי עוֹבֵד בַּגַּן? 👨‍🌾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ח ר פ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צֶמַח צִבְעוֹנִי 🌷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ג ה 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גַּן קָטָן לְיַד הַבַּיִת 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שָׁלוֹשׁ תַּחֲנוֹת שֶׁל מִלִּים 🗺️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פִּתְרוּ כָּל תַּחֲנָה 🚶. קַבְּלוּ אוֹת קֶסֶם ✨.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🐶 רְחוֹב הַה׳ – אֵיזוֹ אוֹת בָּאָה לִפְנֵי "כֶּלֶב" שֶׁמַּכִּירִים?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ש׳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👧 גֶּשֶׁר הַבָּנוֹת – מָה לְשׁוֹן הַנְּקֵבָה שֶׁל "תַּלְמִיד"?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תַּלְמִידִים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תַּלְמִידָה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הַתַּלְמִיד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🌷 שְׂדֵה הַפְּרָחִים – אֵיךְ אוֹמְרִים הַרְבֵּה "פֶּרַח"?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פַּרְחָה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הַפֶּרַח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פְּרָחִים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1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2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קסם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מְסַדְּרִים וּמְמַיְּנִים 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סַדְּרוּ אֶת הַשְּׁלָבִים. מַיְּנוּ: אֶחָד אוֹ הַרְבֵּה.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סַדְּרוּ: אֵיךְ גָּדֵל פֶּרַח? 🌱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מַשְׁקִים בְּמַיִם 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צוֹמֵחַ פֶּרַח 🌷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שׁוֹתְלִים זֶרַע 🌱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אֶחָד אוֹ הַרְבֵּה?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אֶחָד ☝️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הַרְבֵּה 🖐️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יֶלֶד 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סְפָרִים 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פְּרָחִים 🌷🌷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יְלָדִים 👦👦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פֶּרַח 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סֵפֶר 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שׁוֹתְלִים זֶרַע 🌱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מַשְׁקִים בְּמַיִם 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צוֹמֵחַ פֶּרַח 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פֶּרַח 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פְּרָחִים 🌷🌷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יֶלֶד 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יְלָדִים 👦👦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סֵפֶר 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סְפָרִים 📚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נַחֲשׁוּ וּבִדְקוּ 🔮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יֵשׁ חָתוּל בָּרְחוֹב 🐱. כֻּלָּם מַכִּירִים אוֹתוֹ.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מָה נַגִּיד?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חֲתוּלִים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הֶחָתוּל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חֲתוּלָה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לֶחָתוּל יֵשׁ חֲבֵרָה. הִיא נְקֵבָה 🐈.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אֵיךְ נִקְרָא לָהּ?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חֲתוּלָה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חֲתוּלִים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הֶחָתוּל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נוֹלְדוּ גּוּרִים. הַרְבֵּה גּוּרִים 🐱🐱🐱.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אֵיךְ אוֹמְרִים הַרְבֵּה "חָתוּל"?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חֲתוּלָה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הֶחָתוּל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חֲתוּלִים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מִי לֹא שַׁיָּךְ? 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🌳 גַּן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👨‍🌾 גַּנָּן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🏡 גִּנָּה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🐪 גָּמָל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גָּמָל לֹא מֵהַמִּשְׁפָּחָה שֶׁל "גַּן"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גָּמָל גָּדוֹל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גָּמָל חַי בַּמִּדְבָּר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👧 תַּלְמִידָה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👩‍🏫 מוֹרָה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👦 יֶלֶד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🐈 חֲתוּלָה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יֶלֶד קָטָן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יֶלֶד בִּלְשׁוֹן זָכָר, הַשְּׁאָר נְקֵבָה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יֶלֶד מְשַׂחֵק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🏠 בַּיִת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🐻 דֹּב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☀️ שֶׁמֶשׁ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🐘 פִּיל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שֶׁמֶשׁ חַמָּה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שֶׁמֶשׁ בַּשָּׁמַיִם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שֶׁמֶשׁ – אֵין דָּגֵשׁ בָּאוֹת הָרִאשׁוֹנָה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מָה הַשֹּׁרֶשׁ שֶׁל ״שָׁתַלְנוּ״? 🌱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ש־ת־ל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ש־ל־ח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נ־ו־ת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נָכוֹן? 🌸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פֶּרַח יָפָה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פֶּרַח יָפֶה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פֶּרַח יָפוֹת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אֵיפֹה יֵשׁ דָּגֵשׁ בַּהַתְחָלָה? ⚫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רוּחַ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בַּיִת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אֵיזוֹ מִלָּה בְּרַבִּים? 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עֵץ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עֵצִים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עֵצָה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גַּן וְגַנָּן – אוֹתוֹ שֹׁרֶשׁ. 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״פְּרָחִים״ זֶה פֶּרַח אֶחָד. 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בְּ״כֶּלֶב״ יֵשׁ דָּגֵשׁ בַּכּ׳. 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״גִּנָּה״ הִיא זָכָר. 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״לַגַּן״ = לְ + הַגַּן. 👆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ס׳ הִיא מִבגדכפ״ת. 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מחסן: זְרָעִים · מַיִם · אַחַר כָּךְ · אֲבָל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שָׁתַלְנוּ (1)________. נָתַנּוּ לָהֶם (2)________. (3)________ הֵם גָּדְלוּ.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הָלַכְנוּ לְהַגִּנָּה. הַפֶּרַח גְּדוֹלָה. הָעֵצִים גָּבוֹהַּ.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שֹׁרֶשׁ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👆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ה״א הַיְּדִיעָה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דָּגֵשׁ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זָכָר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נְקֵבָה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רַבִּים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אוֹתִיּוֹת שֶׁחוֹזְרוֹת בַּמִּשְׁפָּחָה. 🌱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ה׳ לְדָבָר שֶׁמַּכִּירִים. 👆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נְקֻדָּה בְּתוֹךְ אוֹת. ⚫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מִלָּה כְּמוֹ ״הוּא״. 👦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מִלָּה כְּמוֹ ״הִיא״. 👧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יוֹתֵר מֵאֶחָד. 🔢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יסודי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